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活動報告書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2025年度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団体名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サンプル北町自治会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2025年4月1日〜2026年3月31日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2026年4月26日（定期総会）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会長 森本 誠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120世帯（年度末は118世帯）・12班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役員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会長・副会長2名・会計・監事2名・班長12名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活動のまとめ（結論を先に）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・予定していた行事・活動9件をすべて行い、延べ1,006人が参加しました。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・11月の防災訓練は74人が参加し、目標の60人を上回りました。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・回覧のメール配信の登録は38世帯で、目標の50世帯に届きませんでした。2026年度も登録を呼びかけます。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行事・活動の一覧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行事・活動の数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9件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延べ参加人数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1,006人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行事・活動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人数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4/27（日）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定期総会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2024年度の決算、2025年度の予算と役員を承認（委任状51世帯）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会長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5/18（日）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春の一斉清掃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公園と側溝の清掃。ごみ袋48袋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63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各班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6月〜3月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防犯パトロール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毎月第2土曜の夜。2班ずつ（10回）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96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副会長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8/23・24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夏祭り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模擬店6店と盆踊り。人数は来場の概数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450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夏祭り係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9/15（月・祝）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敬老会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75歳以上の72名にお祝いの品。集会所の会に31名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副会長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10/19（日）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秋の一斉清掃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公園と側溝の清掃。ごみ袋41袋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各班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11/2（日）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防災訓練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消火器の使い方、炊き出し、安否確認の札の掲示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74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防災係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12/27・28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年末の夜警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2夜。拍子木を打って町内を回る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各班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毎月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役員会（12回）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行事の準備と会計の確認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会長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行事・活動の数と延べ参加人数は、数えて書き入れます（Excel 版は数式で出ます）。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目標と結果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目標（期の初めに決めたこと）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結果（数字で）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評価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防災訓練の参加を60人以上にする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74人が参加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○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炊き出しの試食に人が集まった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回覧の一部をメール配信にし、50世帯が登録する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38世帯が登録（目標の76%）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△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高齢の世帯には紙の回覧を続ける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防犯灯の故障を、連絡から2週間以内に直す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2件とも2週間以内に修理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○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1月に2灯を修理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評価：○＝できた、△＝一部できた、×＝できなかった。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よかったこと・課題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・夏祭りは、商店会など4件の協賛を得て、模擬店を前年度より1店増やせました。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・課題は、行事を手伝う人が同じ顔ぶれになっていることです。夏祭りのボランティア38人のうち、20人が役員でした。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次の年度の予定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・2026年度は、行事を手伝う人を増やすため、各班から1人ずつ夏祭りの係を出します。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・回覧のメール配信の登録を、2026年度末までに50世帯にします。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・行事の日程と予算は、2026年度の活動計画書・収支予算書のとおりです。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会計の報告（円。くわしくは収支報告書）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収入合計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支出合計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次年度への繰越金（収入−支出）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785,358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569,470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215,888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金額は、総会で一緒に出す収支報告書の収入合計・支出合計と同じにします。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2026-11-03T15:12:07Z</dcterms:created>
  <dcterms:modified xsi:type="dcterms:W3CDTF">2026-11-03T15:12:07Z</dcterms:modified>
  <cp:category/>
</cp:coreProperties>
</file>