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事故報告書（社内用）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18"/>
                <w:szCs w:val="18"/>
              </w:rPr>
            </w:pPr>
            <w:r>
              <w:rPr>
                <w:b/>
                <w:bCs/>
                <w:color w:val="1F3A5F"/>
                <w:sz w:val="18"/>
                <w:szCs w:val="18"/>
              </w:rPr>
              <w:t xml:space="preserve">このテンプレートは社内の報告用です。役所への報告（労働基準監督署への労働者死傷病報告など）が要るときは、その役所の様式で別に出してください。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事故の種類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事故の種類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物損・車両・けが・商品の破損・その他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日時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〇〇〇〇年〇月〇日（〇）〇:〇〇ごろ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発生場所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場所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建物・部屋・位置まで（例：第2倉庫 C列の棚の前）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関係した人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関係した人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所属と人数（例：営業課 1名）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何が起きたか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何が起きたか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何をしていたときに、何が、どうなったかを、見たとおりに書きます。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被害・影響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人のけが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人のけが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けがの有無と人数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物の損害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物の損害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何に、どこに、どれくらいの傷・壊れがあるか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仕事への影響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仕事への影響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止まった仕事、遅れた予定。ないときは「なし」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発生直後の対応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したこと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原因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原因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直接の原因と、その背景（場所・手順・時間帯など）を分けて書きます。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上司のコメント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6. 上司のコメント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上司が書きます。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添付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添付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写真・図の枚数と、何を写したか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報告者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事故の種類は、物損・車両・けが・商品の破損・その他のどれかを書きます。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けがをした人がいるときは、けがの有無と人数を書き、くわしい様子は社内の決まりに従って担当の部署に伝えます。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事故報告書（社内用）</dc:title>
  <dc:subject/>
  <dc:creator>おまかせレポート</dc:creator>
  <cp:keywords/>
  <dc:description/>
  <cp:lastModifiedBy>おまかせレポート</cp:lastModifiedBy>
  <cp:revision>1</cp:revision>
  <dcterms:created xsi:type="dcterms:W3CDTF">2026-11-03T14:24:06Z</dcterms:created>
  <dcterms:modified xsi:type="dcterms:W3CDTF">2026-11-03T14:24:06Z</dcterms:modified>
  <cp:category/>
</cp:coreProperties>
</file>