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事故報告書（社内用）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JK-2610-03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18"/>
                <w:szCs w:val="18"/>
              </w:rPr>
            </w:pPr>
            <w:r>
              <w:rPr>
                <w:b/>
                <w:bCs/>
                <w:color w:val="1F3A5F"/>
                <w:sz w:val="18"/>
                <w:szCs w:val="18"/>
              </w:rPr>
              <w:t xml:space="preserve">このテンプレートは社内の報告用です。役所への報告（労働基準監督署への労働者死傷病報告など）が要るときは、その役所の様式で別に出してください。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営業部 石井部長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2026年10月28日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営業課 小林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事故の種類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車両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発生日時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2026年10月27日（火）17:40ごろ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発生場所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本社倉庫の駐車場（北側の柱の前の区画）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関係した人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営業課 1名（運転していた報告者）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何が起きたか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営業から戻り、社用車（ライトバン）を倉庫の駐車場にバックで停めるとき、車の左後ろのバンパーを倉庫の柱にこすりました。速さは人が歩くくらいで、すぐに車を止めて降り、確かめました。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被害・影響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人のけが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なし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物の損害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社用車：左後ろのバンパーに長さ約20cmのこすり傷（へこみはなし）／倉庫の柱：表面の塗装が約10cmはがれた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仕事への影響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なし（社用車はそのまま使える。翌日の訪問の予定も変えていない）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発生直後の対応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したこと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10/27（火）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17:40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車を止め、周りに人がいないことと、車と柱の傷を確かめた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17:45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バンパーと柱の傷の写真を撮った（3枚）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17:50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石井部長に電話で報告した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10/28（水）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9:00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総務部（社用車の担当）に、この報告書と写真を出した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原因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・直接の原因：バックで停めるとき、左後ろの柱との間をミラーだけで見ていて、窓を開けて目で確かめなかった。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・その背景：夕方で駐車場が暗く、北側の柱は照明の陰になっていた。いつもの区画が空いておらず、慣れない北側の区画に停めた。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再発防止策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北側の柱に、光を反射するテープを巻く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総務部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11月6日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駐車場の北側の照明を1つ増やす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総務部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11月中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柱の近くの区画にバックで停めるときは、窓を開けて目でも確かめる（朝礼で共有）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営業部 全員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10月29日から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上司のコメント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柱の反射テープは、ほかの拠点の駐車場でも要るかを、総務部で確かめてください。（石井）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添付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写真3枚（バンパーの傷2枚・柱の傷1枚）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報告者</w:t>
            </w:r>
          </w:p>
        </w:tc>
      </w:tr>
      <w:tr>
        <w:trPr>
          <w:cantSplit/>
          <w:trHeight w:val="108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事故の種類は、物損・車両・けが・商品の破損・その他のどれかを書きます。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けがをした人がいるときは、けがの有無と人数を書き、くわしい様子は社内の決まりに従って担当の部署に伝えます。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事故報告書（社内用）</dc:title>
  <dc:subject/>
  <dc:creator>おまかせレポート</dc:creator>
  <cp:keywords/>
  <dc:description/>
  <cp:lastModifiedBy>おまかせレポート</cp:lastModifiedBy>
  <cp:revision>1</cp:revision>
  <dcterms:created xsi:type="dcterms:W3CDTF">2026-11-03T14:24:06Z</dcterms:created>
  <dcterms:modified xsi:type="dcterms:W3CDTF">2026-11-03T14:24:06Z</dcterms:modified>
  <cp:category/>
</cp:coreProperties>
</file>